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C1D0" w14:textId="77777777" w:rsidR="00073A93" w:rsidRDefault="00390D7B">
      <w:pPr>
        <w:pStyle w:val="Titel"/>
        <w:jc w:val="center"/>
      </w:pPr>
      <w:r>
        <w:rPr>
          <w:color w:val="FF69B4"/>
        </w:rPr>
        <w:t>Softwareudvikler – CV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073A93" w14:paraId="68736671" w14:textId="77777777">
        <w:tc>
          <w:tcPr>
            <w:tcW w:w="5400" w:type="dxa"/>
            <w:shd w:val="clear" w:color="auto" w:fill="FADADD"/>
          </w:tcPr>
          <w:p w14:paraId="6CF84910" w14:textId="77777777" w:rsidR="00073A93" w:rsidRDefault="00390D7B">
            <w:pPr>
              <w:jc w:val="center"/>
            </w:pPr>
            <w:r>
              <w:rPr>
                <w:b/>
                <w:color w:val="FF69B4"/>
                <w:sz w:val="28"/>
              </w:rPr>
              <w:t>📷</w:t>
            </w:r>
            <w:r>
              <w:rPr>
                <w:b/>
                <w:color w:val="FF69B4"/>
                <w:sz w:val="28"/>
              </w:rPr>
              <w:t xml:space="preserve"> INDSÆT DIT FOTO HER</w:t>
            </w:r>
          </w:p>
          <w:p w14:paraId="0C17D870" w14:textId="77777777" w:rsidR="00073A93" w:rsidRDefault="00073A93"/>
          <w:p w14:paraId="09D6EA47" w14:textId="77777777" w:rsidR="00073A93" w:rsidRDefault="00390D7B">
            <w:r>
              <w:rPr>
                <w:b/>
                <w:color w:val="FF69B4"/>
                <w:sz w:val="24"/>
              </w:rPr>
              <w:t>Kontakt</w:t>
            </w:r>
          </w:p>
          <w:p w14:paraId="14E65201" w14:textId="77777777" w:rsidR="00073A93" w:rsidRDefault="00390D7B">
            <w:r>
              <w:t>Navn: [Navn Her]</w:t>
            </w:r>
            <w:r>
              <w:br/>
              <w:t>Telefon: [Telefon]</w:t>
            </w:r>
            <w:r>
              <w:br/>
              <w:t>Email: [Email]</w:t>
            </w:r>
            <w:r>
              <w:br/>
              <w:t>Adresse: [Adresse]</w:t>
            </w:r>
          </w:p>
          <w:p w14:paraId="62E4AA48" w14:textId="77777777" w:rsidR="00073A93" w:rsidRDefault="00390D7B">
            <w:r>
              <w:rPr>
                <w:b/>
                <w:color w:val="FF69B4"/>
                <w:sz w:val="24"/>
              </w:rPr>
              <w:t>Sprog</w:t>
            </w:r>
          </w:p>
          <w:p w14:paraId="796575A7" w14:textId="77777777" w:rsidR="00073A93" w:rsidRDefault="00390D7B">
            <w:r>
              <w:t>Dansk (Modersmål)</w:t>
            </w:r>
            <w:r>
              <w:br/>
              <w:t>Engelsk (Flydende)</w:t>
            </w:r>
            <w:r>
              <w:br/>
              <w:t>Tysk (Let øvet)</w:t>
            </w:r>
            <w:r>
              <w:br/>
              <w:t>Arabisk (Flydende)</w:t>
            </w:r>
          </w:p>
          <w:p w14:paraId="445F7E48" w14:textId="77777777" w:rsidR="00073A93" w:rsidRDefault="00390D7B">
            <w:r>
              <w:rPr>
                <w:b/>
                <w:color w:val="FF69B4"/>
                <w:sz w:val="24"/>
              </w:rPr>
              <w:t>Færdigheder</w:t>
            </w:r>
          </w:p>
          <w:p w14:paraId="1E7C5851" w14:textId="77777777" w:rsidR="00073A93" w:rsidRDefault="00390D7B">
            <w:r>
              <w:t>• C# .NET Core / MAUI</w:t>
            </w:r>
            <w:r>
              <w:br/>
              <w:t>• Node.js, TypeScript</w:t>
            </w:r>
            <w:r>
              <w:br/>
              <w:t>• HTML / CSS</w:t>
            </w:r>
            <w:r>
              <w:br/>
              <w:t>• MSSQL</w:t>
            </w:r>
            <w:r>
              <w:br/>
              <w:t>• Git &amp; REST API</w:t>
            </w:r>
            <w:r>
              <w:br/>
              <w:t>• Embedded C</w:t>
            </w:r>
          </w:p>
          <w:p w14:paraId="2354CBD5" w14:textId="77777777" w:rsidR="00073A93" w:rsidRDefault="00390D7B">
            <w:r>
              <w:rPr>
                <w:b/>
                <w:color w:val="FF69B4"/>
                <w:sz w:val="24"/>
              </w:rPr>
              <w:t>Kurser &amp; Certifikater</w:t>
            </w:r>
          </w:p>
          <w:p w14:paraId="071C6AE5" w14:textId="77777777" w:rsidR="00073A93" w:rsidRDefault="00390D7B">
            <w:r>
              <w:t>Førstehjælp ✅</w:t>
            </w:r>
            <w:r>
              <w:br/>
              <w:t>Brandbekæmpelse ✅</w:t>
            </w:r>
            <w:r>
              <w:br/>
              <w:t>Kørekort ❌</w:t>
            </w:r>
          </w:p>
          <w:p w14:paraId="683D95BA" w14:textId="77777777" w:rsidR="00073A93" w:rsidRDefault="00390D7B">
            <w:r>
              <w:rPr>
                <w:b/>
                <w:color w:val="FF69B4"/>
                <w:sz w:val="24"/>
              </w:rPr>
              <w:t>Fun Fact</w:t>
            </w:r>
          </w:p>
          <w:p w14:paraId="1DA5E5CD" w14:textId="77777777" w:rsidR="00073A93" w:rsidRDefault="00390D7B">
            <w:r>
              <w:t>Fascineret af seriemorderes psykologi og lytter til podcasts om emnet – giver indsigt i menneskelig adfærd.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80"/>
            </w:tblGrid>
            <w:tr w:rsidR="00073A93" w14:paraId="0A726DB3" w14:textId="77777777">
              <w:tc>
                <w:tcPr>
                  <w:tcW w:w="2880" w:type="dxa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</w:tcPr>
                <w:p w14:paraId="006DAC2A" w14:textId="77777777" w:rsidR="00073A93" w:rsidRDefault="00390D7B">
                  <w:pPr>
                    <w:jc w:val="center"/>
                  </w:pPr>
                  <w:r>
                    <w:br/>
                  </w:r>
                  <w:r>
                    <w:br/>
                  </w:r>
                  <w:r>
                    <w:br/>
                    <w:t>FOTO</w:t>
                  </w:r>
                </w:p>
              </w:tc>
            </w:tr>
          </w:tbl>
          <w:p w14:paraId="62E72679" w14:textId="77777777" w:rsidR="00073A93" w:rsidRDefault="00073A93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12"/>
            </w:tblGrid>
            <w:tr w:rsidR="00073A93" w14:paraId="371B3A2D" w14:textId="77777777">
              <w:tc>
                <w:tcPr>
                  <w:tcW w:w="3312" w:type="dxa"/>
                  <w:tcBorders>
                    <w:top w:val="single" w:sz="12" w:space="0" w:color="FF69B4"/>
                    <w:left w:val="single" w:sz="12" w:space="0" w:color="FF69B4"/>
                    <w:bottom w:val="single" w:sz="12" w:space="0" w:color="FF69B4"/>
                    <w:right w:val="single" w:sz="12" w:space="0" w:color="FF69B4"/>
                  </w:tcBorders>
                  <w:vAlign w:val="center"/>
                </w:tcPr>
                <w:p w14:paraId="58BBC902" w14:textId="77777777" w:rsidR="00073A93" w:rsidRDefault="00390D7B">
                  <w:pPr>
                    <w:jc w:val="center"/>
                  </w:pPr>
                  <w:r>
                    <w:br/>
                  </w:r>
                  <w:r>
                    <w:lastRenderedPageBreak/>
                    <w:br/>
                  </w:r>
                  <w:r>
                    <w:br/>
                    <w:t>FOTO</w:t>
                  </w:r>
                </w:p>
              </w:tc>
            </w:tr>
          </w:tbl>
          <w:p w14:paraId="2A93B221" w14:textId="77777777" w:rsidR="00073A93" w:rsidRDefault="00073A93"/>
        </w:tc>
        <w:tc>
          <w:tcPr>
            <w:tcW w:w="5400" w:type="dxa"/>
            <w:shd w:val="clear" w:color="auto" w:fill="FDF0F5"/>
          </w:tcPr>
          <w:p w14:paraId="7F257766" w14:textId="77777777" w:rsidR="00073A93" w:rsidRDefault="00073A93"/>
          <w:p w14:paraId="5B6274F8" w14:textId="77777777" w:rsidR="00073A93" w:rsidRDefault="00390D7B">
            <w:r>
              <w:rPr>
                <w:b/>
                <w:color w:val="FF69B4"/>
                <w:sz w:val="24"/>
              </w:rPr>
              <w:t>Profil</w:t>
            </w:r>
          </w:p>
          <w:p w14:paraId="6B2E441A" w14:textId="77777777" w:rsidR="00073A93" w:rsidRDefault="00390D7B">
            <w:r>
              <w:t>Engageret softwareudvikler med erfaring i backend og frontend. Stærk i kommunikation, problemløsning og arbejder både selvstændigt og i teams. Lærenem og nysgerrig på komplekse teknologiske systemer.</w:t>
            </w:r>
          </w:p>
          <w:p w14:paraId="68F79CDE" w14:textId="77777777" w:rsidR="00073A93" w:rsidRDefault="00390D7B">
            <w:r>
              <w:rPr>
                <w:b/>
                <w:color w:val="FF69B4"/>
                <w:sz w:val="24"/>
              </w:rPr>
              <w:t>Erhvervserfaring</w:t>
            </w:r>
          </w:p>
          <w:p w14:paraId="7E49E190" w14:textId="77777777" w:rsidR="00073A93" w:rsidRDefault="00390D7B">
            <w:r>
              <w:rPr>
                <w:b/>
              </w:rPr>
              <w:t>Aftenleder – Dagligvarebutik (Feb 2023 – Jun 2023)</w:t>
            </w:r>
          </w:p>
          <w:p w14:paraId="735F473F" w14:textId="77777777" w:rsidR="00073A93" w:rsidRDefault="00390D7B">
            <w:r>
              <w:t xml:space="preserve">  – Koordination af opgaver og lukkeansvar</w:t>
            </w:r>
          </w:p>
          <w:p w14:paraId="293D387F" w14:textId="77777777" w:rsidR="00073A93" w:rsidRDefault="00390D7B">
            <w:r>
              <w:t xml:space="preserve">  – Ansvar for sikkerhedssystem og kontanthåndtering</w:t>
            </w:r>
          </w:p>
          <w:p w14:paraId="2CAD1650" w14:textId="77777777" w:rsidR="00073A93" w:rsidRDefault="00390D7B">
            <w:r>
              <w:t xml:space="preserve">  – Kundeservice og klagebehandling</w:t>
            </w:r>
          </w:p>
          <w:p w14:paraId="073DBB0E" w14:textId="77777777" w:rsidR="00073A93" w:rsidRDefault="00390D7B">
            <w:r>
              <w:t xml:space="preserve">  – Vareopfyldning og lagerstyring</w:t>
            </w:r>
          </w:p>
          <w:p w14:paraId="663DC035" w14:textId="77777777" w:rsidR="00073A93" w:rsidRDefault="00390D7B">
            <w:r>
              <w:rPr>
                <w:b/>
              </w:rPr>
              <w:t>COVID-testmedarbejder – Testcenter (Apr 2021 – Jan 2022)</w:t>
            </w:r>
          </w:p>
          <w:p w14:paraId="6A038CF7" w14:textId="77777777" w:rsidR="00073A93" w:rsidRDefault="00390D7B">
            <w:r>
              <w:t xml:space="preserve">  – Korrekt udførelse af testprocedurer</w:t>
            </w:r>
          </w:p>
          <w:p w14:paraId="2543C629" w14:textId="77777777" w:rsidR="00073A93" w:rsidRDefault="00390D7B">
            <w:r>
              <w:t xml:space="preserve">  – Overholdelse af hygiejnekrav og værnemidler</w:t>
            </w:r>
          </w:p>
          <w:p w14:paraId="3415D1FC" w14:textId="77777777" w:rsidR="00073A93" w:rsidRDefault="00390D7B">
            <w:r>
              <w:t xml:space="preserve">  – Kommunikation med borgere</w:t>
            </w:r>
          </w:p>
          <w:p w14:paraId="44258823" w14:textId="77777777" w:rsidR="00073A93" w:rsidRDefault="00390D7B">
            <w:r>
              <w:t xml:space="preserve">  – Dataregistrering i overensstemmelse med GDPR</w:t>
            </w:r>
          </w:p>
          <w:p w14:paraId="6EE48D84" w14:textId="77777777" w:rsidR="00073A93" w:rsidRDefault="00390D7B">
            <w:r>
              <w:t xml:space="preserve">  – Håndtering af uforudsete situationer</w:t>
            </w:r>
          </w:p>
          <w:p w14:paraId="5115E2E2" w14:textId="77777777" w:rsidR="00073A93" w:rsidRDefault="00390D7B">
            <w:r>
              <w:rPr>
                <w:b/>
              </w:rPr>
              <w:t>Praktikant – Webbureau i udlandet (Sep 2018)</w:t>
            </w:r>
          </w:p>
          <w:p w14:paraId="4FADE186" w14:textId="77777777" w:rsidR="00073A93" w:rsidRDefault="00390D7B">
            <w:r>
              <w:t xml:space="preserve">  – Research af potentielle investorer</w:t>
            </w:r>
          </w:p>
          <w:p w14:paraId="5CB1C152" w14:textId="77777777" w:rsidR="00073A93" w:rsidRDefault="00390D7B">
            <w:r>
              <w:t xml:space="preserve">  – Udarbejdelse og fremsendelse af præsentationsmateriale</w:t>
            </w:r>
          </w:p>
          <w:p w14:paraId="2A52595B" w14:textId="77777777" w:rsidR="00073A93" w:rsidRDefault="00390D7B">
            <w:r>
              <w:t xml:space="preserve">  – Koordinering af mødeplaner</w:t>
            </w:r>
          </w:p>
          <w:p w14:paraId="343AC77C" w14:textId="77777777" w:rsidR="00073A93" w:rsidRDefault="00390D7B">
            <w:r>
              <w:rPr>
                <w:b/>
              </w:rPr>
              <w:t>Tutor i matematik – Privat familie (Dec 2016 – Maj 2017)</w:t>
            </w:r>
          </w:p>
          <w:p w14:paraId="4E03A834" w14:textId="77777777" w:rsidR="00073A93" w:rsidRDefault="00390D7B">
            <w:r>
              <w:t xml:space="preserve">  – Lektiehjælp i matematik</w:t>
            </w:r>
          </w:p>
          <w:p w14:paraId="7D58A9A7" w14:textId="77777777" w:rsidR="00073A93" w:rsidRDefault="00390D7B">
            <w:r>
              <w:t xml:space="preserve">  – Identificering af fokusområder</w:t>
            </w:r>
          </w:p>
          <w:p w14:paraId="4D7178E8" w14:textId="77777777" w:rsidR="00073A93" w:rsidRDefault="00390D7B">
            <w:r>
              <w:t xml:space="preserve">  – Forældreopfølgning og rapportering</w:t>
            </w:r>
          </w:p>
          <w:p w14:paraId="15384542" w14:textId="77777777" w:rsidR="00073A93" w:rsidRDefault="00390D7B">
            <w:r>
              <w:lastRenderedPageBreak/>
              <w:t xml:space="preserve">  – Anvendelse af læringsværktøjer</w:t>
            </w:r>
          </w:p>
          <w:p w14:paraId="2AC5BAD0" w14:textId="77777777" w:rsidR="00073A93" w:rsidRDefault="00390D7B">
            <w:r>
              <w:rPr>
                <w:b/>
              </w:rPr>
              <w:t>Hjælpelærer i engelsk – Grundskole i udlandet (Okt 2012 – Jun 2013)</w:t>
            </w:r>
          </w:p>
          <w:p w14:paraId="7E9C7C20" w14:textId="77777777" w:rsidR="00073A93" w:rsidRDefault="00390D7B">
            <w:r>
              <w:t xml:space="preserve">  – Samarbejde med klasselæreren</w:t>
            </w:r>
          </w:p>
          <w:p w14:paraId="5452CB2A" w14:textId="77777777" w:rsidR="00073A93" w:rsidRDefault="00390D7B">
            <w:r>
              <w:t xml:space="preserve">  – Støtte elevernes sproglige udvikling</w:t>
            </w:r>
          </w:p>
          <w:p w14:paraId="0748E7B2" w14:textId="77777777" w:rsidR="00073A93" w:rsidRDefault="00390D7B">
            <w:r>
              <w:t xml:space="preserve">  – Pædagogisk tilgang med empati og tålmodighed</w:t>
            </w:r>
          </w:p>
          <w:p w14:paraId="12ED5E8D" w14:textId="77777777" w:rsidR="00073A93" w:rsidRDefault="00390D7B">
            <w:r>
              <w:rPr>
                <w:b/>
                <w:color w:val="FF69B4"/>
                <w:sz w:val="24"/>
              </w:rPr>
              <w:t>Uddannelse</w:t>
            </w:r>
          </w:p>
          <w:p w14:paraId="3750F441" w14:textId="77777777" w:rsidR="00073A93" w:rsidRDefault="00390D7B">
            <w:pPr>
              <w:spacing w:after="80"/>
            </w:pPr>
            <w:r>
              <w:t>Datatekniker – Speciale i programmering (2019 – 2024) – TEC</w:t>
            </w:r>
          </w:p>
          <w:p w14:paraId="37B741D2" w14:textId="77777777" w:rsidR="00073A93" w:rsidRDefault="00390D7B">
            <w:pPr>
              <w:spacing w:after="80"/>
            </w:pPr>
            <w:r>
              <w:t>HF (2015 – 2018) – Københavns VUC</w:t>
            </w:r>
          </w:p>
          <w:p w14:paraId="0C64F7D3" w14:textId="77777777" w:rsidR="00073A93" w:rsidRDefault="00390D7B">
            <w:pPr>
              <w:spacing w:after="80"/>
            </w:pPr>
            <w:r>
              <w:t>10. klasse (2014 – 2015) – Københavns VUC</w:t>
            </w:r>
          </w:p>
          <w:p w14:paraId="188407A9" w14:textId="77777777" w:rsidR="00073A93" w:rsidRDefault="00390D7B">
            <w:pPr>
              <w:spacing w:after="80"/>
            </w:pPr>
            <w:r>
              <w:t>Folkeskole (2009) – Tingbjerg Skole</w:t>
            </w:r>
          </w:p>
          <w:p w14:paraId="1C26A61A" w14:textId="77777777" w:rsidR="00073A93" w:rsidRDefault="00390D7B">
            <w:r>
              <w:rPr>
                <w:b/>
                <w:color w:val="FF69B4"/>
                <w:sz w:val="24"/>
              </w:rPr>
              <w:t>Personlige egenskaber</w:t>
            </w:r>
          </w:p>
          <w:p w14:paraId="11BF06C5" w14:textId="77777777" w:rsidR="00073A93" w:rsidRDefault="00390D7B">
            <w:r>
              <w:t>• Effektiv kommunikation</w:t>
            </w:r>
            <w:r>
              <w:br/>
              <w:t>• Samarbejdsvillig</w:t>
            </w:r>
            <w:r>
              <w:br/>
              <w:t>• Problemløser</w:t>
            </w:r>
            <w:r>
              <w:br/>
              <w:t>• Tålmodig og organiseret</w:t>
            </w:r>
          </w:p>
        </w:tc>
      </w:tr>
    </w:tbl>
    <w:p w14:paraId="2E2DE3B4" w14:textId="77777777" w:rsidR="0076706F" w:rsidRDefault="0076706F"/>
    <w:sectPr w:rsidR="0076706F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5772766">
    <w:abstractNumId w:val="8"/>
  </w:num>
  <w:num w:numId="2" w16cid:durableId="125851374">
    <w:abstractNumId w:val="6"/>
  </w:num>
  <w:num w:numId="3" w16cid:durableId="520510447">
    <w:abstractNumId w:val="5"/>
  </w:num>
  <w:num w:numId="4" w16cid:durableId="1971475459">
    <w:abstractNumId w:val="4"/>
  </w:num>
  <w:num w:numId="5" w16cid:durableId="250431361">
    <w:abstractNumId w:val="7"/>
  </w:num>
  <w:num w:numId="6" w16cid:durableId="190919394">
    <w:abstractNumId w:val="3"/>
  </w:num>
  <w:num w:numId="7" w16cid:durableId="1081832351">
    <w:abstractNumId w:val="2"/>
  </w:num>
  <w:num w:numId="8" w16cid:durableId="2115132732">
    <w:abstractNumId w:val="1"/>
  </w:num>
  <w:num w:numId="9" w16cid:durableId="116057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A93"/>
    <w:rsid w:val="0015074B"/>
    <w:rsid w:val="0029639D"/>
    <w:rsid w:val="00326F90"/>
    <w:rsid w:val="003365B3"/>
    <w:rsid w:val="00390D7B"/>
    <w:rsid w:val="005405C1"/>
    <w:rsid w:val="006120CC"/>
    <w:rsid w:val="007533D5"/>
    <w:rsid w:val="0076706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A20BB"/>
  <w14:defaultImageDpi w14:val="300"/>
  <w15:docId w15:val="{83ADA402-8AB9-4D3A-8D52-F55A48DD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1757</Characters>
  <Application>Microsoft Office Word</Application>
  <DocSecurity>4</DocSecurity>
  <Lines>117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Tinne Otkjær</cp:lastModifiedBy>
  <cp:revision>2</cp:revision>
  <dcterms:created xsi:type="dcterms:W3CDTF">2026-05-08T07:24:00Z</dcterms:created>
  <dcterms:modified xsi:type="dcterms:W3CDTF">2026-05-08T07:24:00Z</dcterms:modified>
  <cp:category/>
</cp:coreProperties>
</file>